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BFB56" w14:textId="77777777" w:rsidR="00F97047" w:rsidRDefault="00000000">
      <w:pPr>
        <w:pStyle w:val="Balk1"/>
      </w:pPr>
      <w:r>
        <w:t>Mərəyev Qurbanəli Telman oğlu - CV</w:t>
      </w:r>
    </w:p>
    <w:p w14:paraId="24E5F719" w14:textId="77777777" w:rsidR="00F97047" w:rsidRDefault="00000000">
      <w:r>
        <w:rPr>
          <w:noProof/>
        </w:rPr>
        <w:drawing>
          <wp:inline distT="0" distB="0" distL="0" distR="0" wp14:anchorId="3B32DBE6" wp14:editId="292AD2E9">
            <wp:extent cx="1645920" cy="2468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digital_photograph_features_a_portrait_of_a_Cau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404B" w14:textId="77777777" w:rsidR="00F97047" w:rsidRDefault="00000000">
      <w:pPr>
        <w:pStyle w:val="Balk2"/>
      </w:pPr>
      <w:r>
        <w:t>Şəxsi Məlumatlar</w:t>
      </w:r>
    </w:p>
    <w:p w14:paraId="6CC0384A" w14:textId="11B19512" w:rsidR="00F97047" w:rsidRDefault="00000000">
      <w:r>
        <w:rPr>
          <w:b/>
        </w:rPr>
        <w:t xml:space="preserve">Ad, soyad: </w:t>
      </w:r>
      <w:r>
        <w:t>Mərəyev Qurbanəli Telman oğlu</w:t>
      </w:r>
      <w:r>
        <w:br/>
      </w:r>
      <w:r>
        <w:rPr>
          <w:b/>
        </w:rPr>
        <w:t xml:space="preserve">Doğum tarixi: </w:t>
      </w:r>
      <w:r w:rsidR="00B451E4">
        <w:rPr>
          <w:bCs/>
        </w:rPr>
        <w:t>27/06/</w:t>
      </w:r>
      <w:r>
        <w:t>2000</w:t>
      </w:r>
      <w:r>
        <w:br/>
      </w:r>
      <w:r>
        <w:rPr>
          <w:b/>
        </w:rPr>
        <w:t xml:space="preserve">Doğum yeri: </w:t>
      </w:r>
      <w:r>
        <w:t>Lerik rayonu</w:t>
      </w:r>
      <w:r>
        <w:br/>
      </w:r>
      <w:r>
        <w:rPr>
          <w:b/>
        </w:rPr>
        <w:t xml:space="preserve">Yaşadığı yer: </w:t>
      </w:r>
      <w:r>
        <w:t>Bakı şəhəri, Nizami rayonu</w:t>
      </w:r>
      <w:r>
        <w:br/>
      </w:r>
      <w:r>
        <w:rPr>
          <w:b/>
        </w:rPr>
        <w:t xml:space="preserve">Ailə vəziyyəti: </w:t>
      </w:r>
      <w:r>
        <w:t>Subay</w:t>
      </w:r>
      <w:r>
        <w:br/>
      </w:r>
    </w:p>
    <w:p w14:paraId="253C4DD2" w14:textId="77777777" w:rsidR="00F97047" w:rsidRDefault="00000000">
      <w:pPr>
        <w:pStyle w:val="Balk2"/>
      </w:pPr>
      <w:r>
        <w:t>Haqqımda</w:t>
      </w:r>
    </w:p>
    <w:p w14:paraId="61EDE4FF" w14:textId="296C6F28" w:rsidR="00B451E4" w:rsidRDefault="00000000">
      <w:r>
        <w:t>Mənə verilən tapşırıqları yüksək məsuliyyətlə və peşəkarlıqla yerinə yetirməyə çalışıram. İşində dəqiq, çevik və çalışqan biriyəm. İşləyəcəyim vəzifədə bütün bacarıq və keyfiyyətlərimdən səmərəli şəkildə istifadə edəcəyimə və həvəslə çalışacağıma əminəm.</w:t>
      </w:r>
    </w:p>
    <w:p w14:paraId="226469D3" w14:textId="77777777" w:rsidR="00164FAF" w:rsidRDefault="00164FAF"/>
    <w:p w14:paraId="3D983B90" w14:textId="77777777" w:rsidR="00F97047" w:rsidRDefault="00000000">
      <w:pPr>
        <w:pStyle w:val="Balk2"/>
      </w:pPr>
      <w:r>
        <w:t>İş Təcrübəsi</w:t>
      </w:r>
    </w:p>
    <w:p w14:paraId="1431E6E5" w14:textId="7D3BBC5C" w:rsidR="00F97047" w:rsidRDefault="00000000">
      <w:r>
        <w:t>Güvənli MMC</w:t>
      </w:r>
      <w:r w:rsidR="009714D3">
        <w:t xml:space="preserve"> </w:t>
      </w:r>
      <w:r>
        <w:br/>
        <w:t>Kredit mütəxəssisi</w:t>
      </w:r>
      <w:r w:rsidR="003F3F9C">
        <w:t xml:space="preserve"> (01.05.2023 – 01.09.2023)</w:t>
      </w:r>
    </w:p>
    <w:p w14:paraId="5973A207" w14:textId="159E0379" w:rsidR="00F97047" w:rsidRDefault="00000000">
      <w:r>
        <w:t>Lerik Rayon İcra Hakimiyyəti – Vizəzəmin kənd inzibati ərazi dairəsi üzrə nümayəndəli</w:t>
      </w:r>
      <w:r w:rsidR="003F3F9C">
        <w:t>yi</w:t>
      </w:r>
      <w:r>
        <w:br/>
        <w:t>Nümayəndənin müavini (26.02.2024 – 26.02.2025)</w:t>
      </w:r>
    </w:p>
    <w:p w14:paraId="441BC148" w14:textId="3A638144" w:rsidR="00F97047" w:rsidRDefault="00000000">
      <w:r>
        <w:t>Lerik Rayon İcra Hakimiyyəti – Vizəzəmin kənd inzibati ərazi dairəsi üzrə nümayəndəli</w:t>
      </w:r>
      <w:r w:rsidR="003F3F9C">
        <w:t>yi</w:t>
      </w:r>
      <w:r>
        <w:br/>
        <w:t>Baş məsləhətçi – baş mühasib (26.02.2025 – 27.11.2025)</w:t>
      </w:r>
    </w:p>
    <w:p w14:paraId="77D2BFB8" w14:textId="77777777" w:rsidR="00F97047" w:rsidRDefault="00000000">
      <w:pPr>
        <w:pStyle w:val="Balk2"/>
      </w:pPr>
      <w:r>
        <w:t>Təhsil</w:t>
      </w:r>
    </w:p>
    <w:p w14:paraId="6B11EA81" w14:textId="77777777" w:rsidR="00F97047" w:rsidRDefault="00000000">
      <w:r>
        <w:t>Lənkəran Dövlət Universiteti</w:t>
      </w:r>
      <w:r>
        <w:br/>
        <w:t>İqtisadiyyat və idarəetmə — bakalavr</w:t>
      </w:r>
    </w:p>
    <w:p w14:paraId="295E5006" w14:textId="77777777" w:rsidR="00F97047" w:rsidRDefault="00000000">
      <w:pPr>
        <w:pStyle w:val="Balk2"/>
      </w:pPr>
      <w:r>
        <w:t>Bacarıqlar</w:t>
      </w:r>
    </w:p>
    <w:p w14:paraId="2230C515" w14:textId="77777777" w:rsidR="00F97047" w:rsidRDefault="00000000">
      <w:r>
        <w:t>- Analitik düşünmə</w:t>
      </w:r>
      <w:r>
        <w:br/>
        <w:t>- Operativ qərarvermə</w:t>
      </w:r>
      <w:r>
        <w:br/>
        <w:t>- Məsuliyyətli və dəqiq iş prinsipi</w:t>
      </w:r>
      <w:r>
        <w:br/>
        <w:t>- Komanda ilə işləmək bacarığı</w:t>
      </w:r>
      <w:r>
        <w:br/>
        <w:t>- Ünsiyyət bacarıqları</w:t>
      </w:r>
      <w:r>
        <w:br/>
      </w:r>
    </w:p>
    <w:p w14:paraId="4405745F" w14:textId="77777777" w:rsidR="00F97047" w:rsidRDefault="00000000">
      <w:pPr>
        <w:pStyle w:val="Balk2"/>
      </w:pPr>
      <w:r>
        <w:t>Əlavə Məlumat</w:t>
      </w:r>
    </w:p>
    <w:p w14:paraId="204E2DC4" w14:textId="77777777" w:rsidR="00F97047" w:rsidRDefault="00000000">
      <w:r>
        <w:t>Hərbi xidmət: Dövlət Sərhəd Xidməti – Yevlax ÇHB</w:t>
      </w:r>
    </w:p>
    <w:p w14:paraId="723E7617" w14:textId="77777777" w:rsidR="00F97047" w:rsidRDefault="00000000">
      <w:pPr>
        <w:pStyle w:val="Balk2"/>
      </w:pPr>
      <w:r>
        <w:t>Sertifikatlar</w:t>
      </w:r>
    </w:p>
    <w:p w14:paraId="614551E8" w14:textId="77777777" w:rsidR="00F97047" w:rsidRDefault="00000000">
      <w:r>
        <w:t>Dövlət Qulluğu — BB4</w:t>
      </w:r>
      <w:r>
        <w:br/>
        <w:t>Ofis proqramları üzrə təlim (Stim-L)</w:t>
      </w:r>
    </w:p>
    <w:p w14:paraId="3B640D5E" w14:textId="77777777" w:rsidR="00F97047" w:rsidRDefault="00000000">
      <w:pPr>
        <w:pStyle w:val="Balk2"/>
      </w:pPr>
      <w:r>
        <w:t>Ofis Proqramları</w:t>
      </w:r>
    </w:p>
    <w:p w14:paraId="0861B20F" w14:textId="77777777" w:rsidR="00F97047" w:rsidRDefault="00000000">
      <w:r>
        <w:t>MS Word</w:t>
      </w:r>
      <w:r>
        <w:br/>
        <w:t>MS Excel</w:t>
      </w:r>
    </w:p>
    <w:p w14:paraId="26F893EF" w14:textId="77777777" w:rsidR="00F97047" w:rsidRDefault="00000000">
      <w:pPr>
        <w:pStyle w:val="Balk2"/>
      </w:pPr>
      <w:r>
        <w:t>Əlaqə Məlumatları</w:t>
      </w:r>
    </w:p>
    <w:p w14:paraId="2950114A" w14:textId="77777777" w:rsidR="00F97047" w:rsidRDefault="00000000">
      <w:r>
        <w:t>Telefon: +994 70 565 10 75</w:t>
      </w:r>
    </w:p>
    <w:p w14:paraId="7FB41913" w14:textId="77777777" w:rsidR="00F97047" w:rsidRDefault="00000000">
      <w:r>
        <w:t>Email: qurbaneli.mereyev@gmail.com</w:t>
      </w:r>
    </w:p>
    <w:sectPr w:rsidR="00F9704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94523068">
    <w:abstractNumId w:val="8"/>
  </w:num>
  <w:num w:numId="2" w16cid:durableId="785269236">
    <w:abstractNumId w:val="6"/>
  </w:num>
  <w:num w:numId="3" w16cid:durableId="841121646">
    <w:abstractNumId w:val="5"/>
  </w:num>
  <w:num w:numId="4" w16cid:durableId="1806846459">
    <w:abstractNumId w:val="4"/>
  </w:num>
  <w:num w:numId="5" w16cid:durableId="317656578">
    <w:abstractNumId w:val="7"/>
  </w:num>
  <w:num w:numId="6" w16cid:durableId="266543531">
    <w:abstractNumId w:val="3"/>
  </w:num>
  <w:num w:numId="7" w16cid:durableId="1997755991">
    <w:abstractNumId w:val="2"/>
  </w:num>
  <w:num w:numId="8" w16cid:durableId="859246730">
    <w:abstractNumId w:val="1"/>
  </w:num>
  <w:num w:numId="9" w16cid:durableId="1174147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64FAF"/>
    <w:rsid w:val="0029639D"/>
    <w:rsid w:val="00326F90"/>
    <w:rsid w:val="003F3F9C"/>
    <w:rsid w:val="00796DEE"/>
    <w:rsid w:val="009714D3"/>
    <w:rsid w:val="00AA1D8D"/>
    <w:rsid w:val="00B451E4"/>
    <w:rsid w:val="00B47730"/>
    <w:rsid w:val="00CB0664"/>
    <w:rsid w:val="00F9704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883E0D"/>
  <w14:defaultImageDpi w14:val="300"/>
  <w15:docId w15:val="{1D31CA2C-52B6-CA45-8531-1480D470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5" Type="http://schemas.openxmlformats.org/officeDocument/2006/relationships/webSettings" Target="webSettings.xml" /><Relationship Id="rId4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qurbaneli.mereyev@gmail.com</cp:lastModifiedBy>
  <cp:revision>5</cp:revision>
  <dcterms:created xsi:type="dcterms:W3CDTF">2013-12-23T23:15:00Z</dcterms:created>
  <dcterms:modified xsi:type="dcterms:W3CDTF">2025-12-04T08:08:00Z</dcterms:modified>
  <cp:category/>
</cp:coreProperties>
</file>